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🔑 מחוון – משחקי חוסן בשלושה שלבים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6B4CE6"/>
          <w:sz w:val="28"/>
          <w:rtl w:val="1"/>
          <w:szCs w:val="28"/>
          <w:bCs/>
        </w:rPr>
        <w:t>🕵️ בלשי הרגשות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מושג</w:t>
            </w:r>
          </w:p>
        </w:tc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הסבר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רגש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תגובה פנימית למה שקורה לנו ובתוכנו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סימן גופני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תחושה בגוף שמרמזת על רגש, כמו דופק מהיר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עוצמת רגש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כמה חזק הרגש מורגש עכשיו, מחלש ועד חזק מאוד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לשיים רגש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לתת לרגש שם מדויק במילים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רגש מעורב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שני רגשות שונים שמורגשים באותו זמן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אמפתיה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להבין ולהרגיש במה שעובר על אדם אחר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כרטיס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קבוצה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למה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גאווה אחרי שסיימתי פרויקט קשה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רגש נעים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גאווה היא תחושה נעימה שמספרת לנו שהשקענו והצלחנו.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קנאה כשחבר/ה קיבל/ה את מה שרציתי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רגש לא נעים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קנאה לא נעימה, אבל היא מידע: היא מראה מה חשוב לי.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הקלה כשהמבחן נדחה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רגש נעים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הקלה היא תחושה נעימה של מתח שמשתחרר.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עלבון כשצחקו עליי בקבוצה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רגש לא נעים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עלבון כואב, והוא מאותת שמשהו פגע בכבוד שלי.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התרגשות לפני טיול שנתי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רגש נעים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התרגשות נעימה היא ציפייה לדבר טוב שעומד לקרות.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בושה אחרי שטעיתי מול כל הכיתה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רגש לא נעים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בושה לא נעימה, אבל היא עוברת, וכמעט לכולם קרה משהו דומה.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שייכות כשהחברים שמרו לי מקום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רגש נעים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תחושת שייכות נעימה: אני חלק מהקבוצה.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תסכול כשהתרגיל לא יוצא לי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רגש לא נעים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תסכול לא נעים, והוא מסמן שאולי צריך דרך אחרת או עזרה.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1: ב. שהיא לחוצה או נרגשת לקראת ההצגה – נכון! הגוף מגיב לרגש. כשמזהים את זה, אפשר לנשום עמוק ולהגיד לעצמנו: "זה לחץ, וזה טבעי".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2: א. לנסות למצוא מילה מדויקת יותר: מאוכזב? כועס? מודאג? – בדיוק! כשנותנים לרגש שם מדויק, קל יותר להבין מה צריך: לנוח, לבקש עזרה או לתכנן מחדש.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3: ג. זה רגש מעורב, ושני הרגשות אמיתיים – נכון! רגשות מעורבים שכיחים במיוחד בשינויים, ושני הרגשות ראויים למקום.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4: ג. שחשוב לו שישמרו על הדברים שלו – נכון! כעס מאותת שגבול נחצה. זה מידע שעוזר לו להסביר לאח מה חשוב לו, בלי לפגוע.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5: ב. לגשת ולשאול בעדינות: "הכול בסדר? רוצה שאשב איתך?" – יפה! שמתם לב לשינוי והראיתם אמפתיה. אם הוא לא רוצה לדבר, אפשר פשוט לשבת לידו.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6B4CE6"/>
          <w:sz w:val="28"/>
          <w:rtl w:val="1"/>
          <w:szCs w:val="28"/>
          <w:bCs/>
        </w:rPr>
        <w:t>🎈 מורידים את הלחץ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מושג</w:t>
            </w:r>
          </w:p>
        </w:tc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הסבר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לחץ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תגובה של הגוף והנפש למצב תובעני או מאיים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נשימה איטית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שאיפה עמוקה ונשיפה ארוכה שעוזרות לגוף להירגע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פירוק משימה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חלוקת מטלה גדולה לצעדים קטנים וברורים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פעילות גופנית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תנועה כמו הליכה או ריצה שמשחררת מתח מהגוף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הימנעות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דחייה או התחמקות מהדבר שמלחיץ אותנו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שיחה משחררת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שיתוף אדם קרוב במה שמעיק עליי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כרטיס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קבוצה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למה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לכתוב רשימה של מה שצריך ללמוד ולהתחיל מהנושא הראשון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דרך שעוזרת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רשימה מפרקת את העומס לצעדים, והמשימה נראית פחות מפחידה.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לגלול ברשתות עד שתיים בלילה כדי לא לחשוב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דרך שפחות עוזרת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זה מסיח לרגע, אבל פוגע בשינה ומשאיר את הלחץ בעינו.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לצאת להליכה קצרה כשהראש מתפוצץ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דרך שעוזרת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תנועה משחררת מתח מהגוף ועוזרת לחשוב בבהירות.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להגיד לעצמי "אני גרוע/ה, לא אצליח בחיים"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דרך שפחות עוזרת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מחשבות מבטלות מגבירות לחץ. עדיף משפט מציאותי: "קשה לי, אבל אפשר להתקדם".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לנשום לאט: לשאוף, ואז לנשוף לאט יותר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דרך שעוזרת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נשיפה ארוכה עוזרת לגוף לעבור למצב רגוע יותר.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לדבר עם חבר/ה או הורה על מה שמלחיץ אותי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דרך שעוזרת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שיתוף מקל, ולפעמים מקבלים רעיון או עזרה.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להתעלם מהעבודה עד הערב שלפני ההגשה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דרך שפחות עוזרת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הימנעות מקלה עכשיו, אבל הלחץ גדל ככל שהמועד מתקרב.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לוותר על ארוחות ועל שינה כדי ללמוד עוד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דרך שפחות עוזרת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גוף עייף ורעב לומד פחות טוב ומרגיש יותר לחוץ.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1: ג. לחלק את החומר לחלקים קטנים ולהתחיל מהראשון – נכון! פירוק משימה הופך "מיליון" לכמה צעדים ברורים, וכל צעד שמסיימים מוריד לחץ.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2: א. כמה נשימות איטיות עם נשיפה ארוכה – מצוין! נשימה איטית היא כלי שאפשר להשתמש בו בכל מקום, והיא עוזרת לגוף להירגע ולחזור לחשוב.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3: ב. לספר להורה, למחנכת או ליועצת ולבקש עזרה – נכון. כשהלחץ גדול ונמשך, מבוגר/ת אמין/ה יכול/ה לעזור. בקשת עזרה היא צעד חזק.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4: ב. לחץ מתון יכול לעזור לו להיות דרוך ומרוכז – נכון! לחץ במינון נמוך עוזר להתכונן. הוא הופך לבעיה כשהוא חזק מאוד או נמשך זמן רב.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5: ג. לכתוב לוח שבועי ולהחליט מה דחוף ומה יכול לחכות – מצוין! תכנון וסדר עדיפויות מחזירים תחושת שליטה ומקטינים את הבלגן בראש.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6B4CE6"/>
          <w:sz w:val="28"/>
          <w:rtl w:val="1"/>
          <w:szCs w:val="28"/>
          <w:bCs/>
        </w:rPr>
        <w:t>🚦 רגע, עצור!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מושג</w:t>
            </w:r>
          </w:p>
        </w:tc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הסבר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ויסות רגשי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היכולת לנהל את עוצמת הרגש ואת התגובה אליו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עצירה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רגע של הפסקה לפני שאומרים או עושים משהו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נשימה עמוקה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פעולה שמאטה את הגוף כשהרגש חזק מאוד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לתת שם לרגש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לומר לעצמי "אני כועס/ת עכשיו"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בחירת תגובה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להחליט מה לעשות אחרי שנרגעתי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תגובה אימפולסיבית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מעשה מהיר בלי מחשבה, שמתחרטים עליו לפעמים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כרטיס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קבוצה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למה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לספור לאט עד עשר לפני שעונים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עוזרת להירגע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הספירה יוצרת עצירה קטנה, והרגש מספיק לרדת קצת.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לשלוח הודעה כועסת מיד, בלי לקרוא שוב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מלהיטה את המצב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הודעה ששולחים בסערה אי אפשר להחזיר, והיא עלולה לפגוע.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להגיד "אני צריך/ה רגע" ולצאת לשתות מים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עוזרת להירגע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לקחת הפסקה בכבוד מאפשרת לחזור לשיחה רגועים יותר.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לצעוק חזק יותר מהצד השני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מלהיטה את המצב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צעקות מגבירות את הסערה אצל שני הצדדים.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לשטוף פנים במים קרים ולנשום לאט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עוזרת להירגע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פעולה גופנית מרגיעה עוזרת להוריד את עוצמת הרגש.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לטרוק דלת ולזרוק חפצים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מלהיטה את המצב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זה עלול לפגוע ולשבור, וגם לא מרגיע באמת.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לכתוב ביומן מה הרגיז אותי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עוזרת להירגע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כתיבה עוזרת לסדר את המחשבות ולתת שם לרגש.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להעליב בחזרה כדי "לא להישאר חייב/ת"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מלהיטה את המצב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עלבון מוביל לעלבון נוסף, והריב רק גדל.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1: ב. לעצור, לקחת נשימה ולהתרחק צעד – נכון! קודם מורידים את עוצמת הרגש. אחר כך אפשר לדבר או לפנות למבוגר/ת.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2: א. לחכות, להירגע, ורק אחר כך להחליט אם ומה לענות – מצוין! "קודם נרגעים, אחר כך מדברים". תשובה מתוך רוגע תעזור יותר מתשובה מתוך כעס.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3: ג. "מה אני מרגיש עכשיו, ומה יעזור לי להירגע?" – נכון! כשנותנים שם לרגש ("אני מתוסכל") ובוחרים צעד מרגיע, אפשר לחזור לתרגיל בראש צלול.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4: ג. לחזור ולדבר עם אמא בשקט על מה שהפריע לה – בדיוק! עכשיו, כשהיא רגועה, היא יכולה להסביר את עצמה ולהקשיב גם לאמא.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5: ב. להגיד לעצמו "אני מאוכזב", לנשום ולשאול את המורה אם אפשר לשנות – נכון! הוא נתן שם לרגש, נרגע ובחר דרך מכבדת לבקש את מה שהוא רוצה.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6B4CE6"/>
          <w:sz w:val="28"/>
          <w:rtl w:val="1"/>
          <w:szCs w:val="28"/>
          <w:bCs/>
        </w:rPr>
        <w:t>🤝 חברים על אמת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מושג</w:t>
            </w:r>
          </w:p>
        </w:tc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הסבר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הקשבה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לשמוע את החבר/ה עד הסוף בלי לקטוע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נאמנות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לעמוד לצד חבר/ה גם כשהוא/היא לא נמצא/ת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פרגון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לשמוח בהצלחה של אחרים ולומר להם את זה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שמירת סוד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לא לספר לאחרים דבר שסיפרו לי באמון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לחץ חברתי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תחושה שאני חייב/ת לעשות משהו כדי להתקבל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צופה מהצד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מי שרואה פגיעה באחר ולא מגיב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כרטיס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קבוצה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למה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לשאול "איך היה המבחן?" אחרי שחבר/ה סיפר/ה שהוא/היא לחוץ/ה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מחזק חברות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זה מראה שזכרתי ושאכפת לי ממנו/ממנה.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להעביר צילום מסך של שיחה פרטית לקבוצה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פוגע בחברות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זו פגיעה באמון. מה שנאמר בפרטי צריך להישאר פרטי.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לפרגן בקול לחברה שהצליחה בתחרות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מחזק חברות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פרגון משמח ומקרב, ומראה שאני לא מקנא/ת אלא שמח/ה בשבילה.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לצחוק עם כולם על חבר כשהוא לא נמצא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פוגע בחברות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דיבור מאחורי הגב פוגע בנאמנות, גם כשזה "רק צחוק".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להגיד "לא" כשחבר/ה מבקש/ת ממני משהו שלא נוח לי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מחזק חברות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חברות טובה מכבדת גבולות של שני הצדדים.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לדרוש מחבר/ה להפסיק להיפגש עם אחרים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פוגע בחברות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חברות טובה לא שולטת ולא מגבילה, היא נותנת מקום.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לשבת ליד חבר/ה עצוב/ה גם בלי להגיד הרבה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מחזק חברות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נוכחות שקטה היא תמיכה אמיתית.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להבטיח לעזור ולא להגיע בלי להודיע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פוגע בחברות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זה פוגע באמון. אם משהו השתנה, כדאי לפחות להודיע.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1: ב. להציע למנהל/ת הקבוצה לצרף את שחר, ולדבר עם שחר בפרטי – נכון! כך אתם מתקנים את ההדרה ומראים לשחר שהוא לא לבד.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2: ג. להקשיב, ולהגיד "זה נשמע ממש קשה, אני פה בשבילך" – מצוין! הקשבה ותיקוף הרגש עוזרים לה להרגיש שמבינים אותה. אם המצב קשה, אפשר גם להציע לדבר עם מבוגר/ת.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3: א. להזמין אותה להצטרף אליכם או לשאול אותה שאלה פשוטה – נכון! הזמנה קטנה יכולה להפוך את היום שלה. גם אם תסרב, היא תדע שמישהו שם לב.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4: ב. לסרב בבירור, ולהסביר שזה פוגע – נכון! לעמוד מול לחץ חברתי דורש אומץ. אם הסרטון כבר מסתובב, כדאי לספר למבוגר/ת.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5: ג. לברך אותו, ולהודות בפני עצמכם שאתם מאוכזבים – יפה! מותר להרגיש אכזבה ובאותו זמן לשמוח בשביל חבר. זו חברות בוגרת.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6B4CE6"/>
          <w:sz w:val="28"/>
          <w:rtl w:val="1"/>
          <w:szCs w:val="28"/>
          <w:bCs/>
        </w:rPr>
        <w:t>🦸 גם גיבורים מבקשים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מושג</w:t>
            </w:r>
          </w:p>
        </w:tc>
        <w:tc>
          <w:tcPr>
            <w:tcW w:type="dxa" w:w="515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הסבר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מבוגר/ת משמעותי/ת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אדם בוגר שאני סומך/ת עליו ויכול לעזור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יועץ/ת בית הספר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איש/אשת מקצוע בבית הספר שאפשר לשתף בקשיים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מחנך/ת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המורה שאחראי/ת על הכיתה ומכיר/ה אותי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מעגל תמיכה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כל האנשים שאפשר לפנות אליהם בשעת צורך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סוד מסוכן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סוד שאסור לשמור כי מישהו עלול להיפגע</w:t>
            </w:r>
          </w:p>
        </w:tc>
      </w:tr>
      <w:tr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אומץ לבקש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1"/>
                <w:rtl w:val="1"/>
                <w:szCs w:val="21"/>
              </w:rPr>
              <w:t>להתגבר על הבושה ולומר "אני צריך/ה עזרה"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כרטיס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קבוצה</w:t>
            </w:r>
          </w:p>
        </w:tc>
        <w:tc>
          <w:tcPr>
            <w:tcW w:type="dxa" w:w="3439"/>
            <w:shd w:val="clear" w:fill="F2EEFF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למה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לא הבנתי תרגיל בשיעורי הבית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אפשר לנסות לבד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אפשר לנסות שוב, להיעזר בחבר/ה, ואם לא מצליחים לשאול את המורה.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חבר/ה כתב/ה לי שהוא/היא רוצה לפגוע בעצמו/ה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פונים מיד למבוגר/ת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זה מצב מסוכן. מספרים מיד למבוגר/ת, גם אם ביקשו לשמור בסוד.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שכחתי את ציוד הספורט בבית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אפשר לנסות לבד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זה לא נעים, אבל אפשר לפתור לבד או עם המורה לספורט.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מישהו מאיים עליי בהודעות שהוא יחכה לי אחרי הלימודים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פונים מיד למבוגר/ת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איום הוא סכנה. מספרים מיד להורה או לצוות בית הספר.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התווכחתי עם חברה על מקום ישיבה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אפשר לנסות לבד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ויכוח קטן אפשר לנסות לפתור בשיחה רגועה.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מבוגר זר ברשת מבקש תמונות ומבקש לא לספר להורים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פונים מיד למבוגר/ת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בקשה כזו היא סימן אזהרה. לא עונים, ומספרים מיד למבוגר/ת אמין/ה.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קשה לי להתארגן לקראת מבחן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אפשר לנסות לבד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אפשר להתחיל בתכנון לבד, ואם זה לא עוזר לבקש עזרה מהמחנך/ת.</w:t>
            </w:r>
          </w:p>
        </w:tc>
      </w:tr>
      <w:tr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ראיתי תלמידים מכים ילד בפינה של החצר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פונים מיד למבוגר/ת</w:t>
            </w:r>
          </w:p>
        </w:tc>
        <w:tc>
          <w:tcPr>
            <w:tcW w:type="dxa" w:w="3439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0"/>
                <w:rtl w:val="1"/>
                <w:szCs w:val="20"/>
              </w:rPr>
              <w:t>כשמישהו נפגע פיזית, פונים מיד למבוגר/ת הקרוב/ה ביותר.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6"/>
          <w:rtl w:val="1"/>
          <w:szCs w:val="6"/>
        </w:rPr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1: ג. בקשת עזרה היא סימן לחוזק ולאחריות על עצמו – נכון! לבקש עזרה דורש אומץ, וזה צעד שמקדם אותו לעבר הרגשה טובה יותר.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2: ג. לספר מיד להורה או למבוגר/ת אחר/ת שהיא סומכת עליו/ה – נכון! זה לא "להלשין", זה להציל. מבוגר/ת יוכל/תוכל לדאוג שהחברה תקבל עזרה.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3: ב. למחנך/ת או ליועץ/ת – מי שהוא מרגיש איתו/ה בנוח – מצוין! המחנך/ת והיועץ/ת נמצאים שם בדיוק בשביל זה. החשוב הוא לבחור מישהו שהוא סומך עליו.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4: ב. לגשת למורה אחרי השיעור או לכתוב לה הודעה – נכון! אפשר לבקש עזרה גם בפרטיות. רוב המורים שמחים כשתלמיד/ה פונה.</w:t>
      </w:r>
    </w:p>
    <w:p>
      <w:pPr>
        <w:bidi w:val="1"/>
        <w:spacing w:after="40"/>
        <w:jc w:val="right"/>
      </w:pPr>
      <w:r>
        <w:rPr>
          <w:rFonts w:ascii="Arial" w:hAnsi="Arial" w:cs="Arial"/>
          <w:sz w:val="21"/>
          <w:rtl w:val="1"/>
          <w:szCs w:val="21"/>
        </w:rPr>
        <w:t>מקרה 5: א. לספר למחנך/ת או ליועץ/ת מה קורה – נכון! זו פגיעה חמורה שצריך לעצור. מבוגרים בבית הספר יכולים לפעול ולעזור לתלמידה.</w:t>
      </w:r>
    </w:p>
    <w:p>
      <w:r>
        <w:br w:type="page"/>
      </w:r>
    </w:p>
    <w:sectPr w:rsidR="00FC693F" w:rsidRPr="0006063C" w:rsidSect="00034616">
      <w:footerReference w:type="default" r:id="rId9"/>
      <w:pgSz w:w="11906" w:h="16838"/>
      <w:pgMar w:top="737" w:right="794" w:bottom="907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B5778"/>
        <w:sz w:val="18"/>
        <w:rtl w:val="1"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