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🎈 מורידים את הלחץ – כרטיסי התאמה</w:t>
      </w:r>
    </w:p>
    <w:p>
      <w:pPr>
        <w:bidi w:val="1"/>
        <w:spacing w:after="80"/>
        <w:jc w:val="right"/>
      </w:pPr>
      <w:r>
        <w:rPr>
          <w:rFonts w:ascii="Arial" w:hAnsi="Arial" w:cs="Arial"/>
          <w:color w:val="5B5778"/>
          <w:sz w:val="22"/>
          <w:rtl w:val="1"/>
          <w:szCs w:val="22"/>
        </w:rPr>
        <w:t>משחקי חוסן בשלושה שלבים · התמודדות עם לחץ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גוזרים את 12 הכרטיסים, מערבבים, ובזוגות מתאימים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jc w:val="center"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לחץ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חלוקת מטלה גדולה לצעדים קטנים וברורים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נשימה איטית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תנועה כמו הליכה או ריצה שמשחררת מתח מהגוף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פירוק משימה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דחייה או התחמקות מהדבר שמלחיץ אותנו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פעילות גופנית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שיתוף אדם קרוב במה שמעיק עליי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הימנעות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תגובה של הגוף והנפש למצב תובעני או מאיים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שיחה משחררת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שאיפה עמוקה ונשיפה ארוכה שעוזרות לגוף להירגע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🎈 מורידים את הלחץ – כרטיסי מיון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שמים את כרטיסי הקבוצות על השולחן וממיינים אליהם את 8 הכרטיסים. 💡 רמז: שאלו: האם זה יעזור לי גם בעוד שעה ומחר, או רק ברגע הזה?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rPr>
          <w:trHeight w:val="1134" w:hRule="atLeast"/>
        </w:trPr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✅ דרך שעוזרת</w:t>
            </w:r>
          </w:p>
        </w:tc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⚠️ דרך שפחות עוזרת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12"/>
          <w:rtl w:val="1"/>
          <w:szCs w:val="12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לכתוב רשימה של מה שצריך ללמוד ולהתחיל מהנושא הראשון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לגלול ברשתות עד שתיים בלילה כדי לא לחשוב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לצאת להליכה קצרה כשהראש מתפוצץ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להגיד לעצמי "אני גרוע/ה, לא אצליח בחיים"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לנשום לאט: לשאוף, ואז לנשוף לאט יותר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לדבר עם חבר/ה או הורה על מה שמלחיץ אותי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להתעלם מהעבודה עד הערב שלפני ההגשה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לוותר על ארוחות ועל שינה כדי ללמוד עוד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🎈 מורידים את הלחץ – כרטיסי "מה כדאי לעשות?"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כל קבוצה מקבלת כרטיס, קוראת, מחליטה ומנמקת.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1: מחר מבחן בהיסטוריה. יעל פותחת את המחברת ומרגישה שיש "מיליון חומר" ושהיא לא תספיק כלום.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הצעד הראשון שיעזור לה?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לסגור את המחברת ולקוות לטוב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ללמוד כל הלילה בלי הפסקה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לחלק את החומר לחלקים קטנים ולהתחיל מהראשון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2: רגע לפני שמחלקים את הדפים במבחן, עומר מרגיש שהבטן מתהפכת והראש מתרוקן.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יכול לעזור לו ממש עכשיו, בלי לקום מהכיסא?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כמה נשימות איטיות עם נשיפה ארוכה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לקום ולצאת מהכיתה בלי להגיד כלום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לחשוב על כל מה שיקרה אם ייכשל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3: שירה מרגישה כבר שבועיים לחוצה מאוד: היא ישנה רע, לא נהנית מכלום ומרגישה שהיא לא מצליחה להתמודד לבד.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לה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לחכות שזה יעבור מעצמו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לספר להורה, למחנכת או ליועצת ולבקש עזרה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להסתיר כדי שלא יחשבו שהיא חלשה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4: לפני משחק הגמר בכדורסל, רון אומר לחבר שלו: "קצת לחוץ לי".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נכון לגבי הלחץ של רון?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כל לחץ מזיק ויש להיפטר ממנו לגמרי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לחץ מתון יכול לעזור לו להיות דרוך ומרוכז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אם הוא לחוץ, כנראה שהוא לא מתאים לקבוצה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5: נגה צריכה להגיש עבודה, ללמוד למבחן ולהתאמן לריקוד, הכול באותו שבוע.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איזו דרך תעזור לה לנהל את העומס?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לעשות הכול באותו ערב כדי להיפטר מזה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לוותר על הכול כי ממילא לא תספיק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לכתוב לוח שבועי ולהחליט מה דחוף ומה יכול לחכות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