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🚦 רגע, עצור! – כרטיסי התאמה</w:t>
      </w:r>
    </w:p>
    <w:p>
      <w:pPr>
        <w:bidi w:val="1"/>
        <w:spacing w:after="80"/>
        <w:jc w:val="right"/>
      </w:pPr>
      <w:r>
        <w:rPr>
          <w:rFonts w:ascii="Arial" w:hAnsi="Arial" w:cs="Arial"/>
          <w:color w:val="5B5778"/>
          <w:sz w:val="22"/>
          <w:rtl w:val="1"/>
          <w:szCs w:val="22"/>
        </w:rPr>
        <w:t>משחקי חוסן בשלושה שלבים · ויסות רגשי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גוזרים את 12 הכרטיסים, מערבבים, ובזוגות מתאימים כל מושג להסבר שלו.</w:t>
      </w:r>
    </w:p>
    <w:tbl>
      <w:tblPr>
        <w:tblW w:type="auto" w:w="0"/>
        <w:tblLook w:firstColumn="1" w:firstRow="1" w:lastColumn="0" w:lastRow="0" w:noHBand="0" w:noVBand="1" w:val="04A0"/>
        <w:bidiVisual/>
        <w:jc w:val="center"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5159"/>
        <w:gridCol w:w="5159"/>
      </w:tblGrid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ויסות רגשי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פעולה שמאטה את הגוף כשהרגש חזק מאוד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עצירה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לומר לעצמי "אני כועס/ת עכשיו"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נשימה עמוקה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להחליט מה לעשות אחרי שנרגעתי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לתת שם לרגש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מעשה מהיר בלי מחשבה, שמתחרטים עליו לפעמים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בחירת תגובה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היכולת לנהל את עוצמת הרגש ואת התגובה אליו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תגובה אימפולסיבית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רגע של הפסקה לפני שאומרים או עושים משהו</w:t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🚦 רגע, עצור! – כרטיסי מיון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שמים את כרטיסי הקבוצות על השולחן וממיינים אליהם את 8 הכרטיסים. 💡 רמז: תגובה שעוזרת להירגע יוצרת רווח בין הרגש לבין המעשה.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5159"/>
        <w:gridCol w:w="5159"/>
      </w:tblGrid>
      <w:tr>
        <w:trPr>
          <w:trHeight w:val="1134" w:hRule="atLeast"/>
        </w:trPr>
        <w:tc>
          <w:tcPr>
            <w:tcW w:type="dxa" w:w="5159"/>
            <w:shd w:val="clear" w:fill="FFF6D6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30"/>
                <w:rtl w:val="1"/>
                <w:szCs w:val="30"/>
                <w:bCs/>
              </w:rPr>
              <w:t>🟢 עוזרת להירגע</w:t>
            </w:r>
          </w:p>
        </w:tc>
        <w:tc>
          <w:tcPr>
            <w:tcW w:type="dxa" w:w="5159"/>
            <w:shd w:val="clear" w:fill="FFF6D6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30"/>
                <w:rtl w:val="1"/>
                <w:szCs w:val="30"/>
                <w:bCs/>
              </w:rPr>
              <w:t>🔴 מלהיטה את המצב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12"/>
          <w:rtl w:val="1"/>
          <w:szCs w:val="12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5159"/>
        <w:gridCol w:w="5159"/>
      </w:tblGrid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לספור לאט עד עשר לפני שעונים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לשלוח הודעה כועסת מיד, בלי לקרוא שוב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להגיד "אני צריך/ה רגע" ולצאת לשתות מים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לצעוק חזק יותר מהצד השני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לשטוף פנים במים קרים ולנשום לאט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לטרוק דלת ולזרוק חפצים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לכתוב ביומן מה הרגיז אותי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להעליב בחזרה כדי "לא להישאר חייב/ת"</w:t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🚦 רגע, עצור! – כרטיסי "מה כדאי לעשות?"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כל קבוצה מקבלת כרטיס, קוראת, מחליטה ומנמקת.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1: באמצע משחק כדורגל בהפסקה, מישהו מהקבוצה השנייה דוחף את גיל, וגיל מרגיש שהוא "מתפוצץ".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הצעד הראשון שכדאי לגיל לעשות?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לדחוף בחזרה מיד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לעצור, לקחת נשימה ולהתרחק צעד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לקלל בקול רם כדי שכולם ישמעו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2: טל קיבלה בקבוצת הכיתה הודעה מעליבה. האצבעות כבר מקלידות תשובה חריפה.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כדאי לה לעשות?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לחכות, להירגע, ורק אחר כך להחליט אם ומה לענות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לשלוח את התשובה החריפה מהר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לצאת מהקבוצה ולחסום את כולם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3: אסף מתוסכל מאוד מתרגיל במתמטיקה ומתחיל לקרוע את הדף.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איזו שאלה כדאי לו לשאול את עצמו?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"למה אני תמיד כזה טיפש?"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"מי אשם בזה שהתרגיל קשה?"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"מה אני מרגיש עכשיו, ומה יעזור לי להירגע?"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4: אחרי ויכוח עם אמא, ליאור נכנסת לחדר כועסת. אחרי רבע שעה היא כבר רגועה יותר.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כדאי לה לעשות עכשיו?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להמשיך לא לדבר עם אמא שבוע שלם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להעמיד פנים שכלום לא קרה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לחזור ולדבר עם אמא בשקט על מה שהפריע לה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5: בטיול השנתי, כשהמורה מודיעה שהחדרים כבר חולקו, נועם מאוכזב מאוד כי לא שובץ עם החבר הכי טוב שלו.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איזו תגובה מראה ויסות רגשי?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לבכות ולסרב לרדת מהאוטובוס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להגיד לעצמו "אני מאוכזב", לנשום ולשאול את המורה אם אפשר לשנות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לצעוק על המורה שהיא לא הוגנת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sectPr w:rsidR="00FC693F" w:rsidRPr="0006063C" w:rsidSect="00034616">
      <w:footerReference w:type="default" r:id="rId9"/>
      <w:pgSz w:w="11906" w:h="16838"/>
      <w:pgMar w:top="737" w:right="794" w:bottom="907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B5778"/>
        <w:sz w:val="18"/>
        <w:rtl w:val="1"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